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נפש תאומה של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להתמודד עם רגשות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שאין תשובה נכונה אחת בהתמודדות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אפשר לפנות כשצריך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כל התמודדות 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לעודד שיחה פתוחה על 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אדם דרך התמודדות שונה ולגיטימית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(איש מקצוע לשיחה רגשית)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(חבר שאפשר לפנות אליו)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(כרטיסים לשיחה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התמודדות אישית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ציפייה לתיאור דרך התמודדות (למשל שיחה, מוזיקה, ספורט) והסבר קצר למה היא עוזרת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שיש כמה דרכי התמודדות לגיטימיות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לציין מורים ותלמידים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שאין תשובה נכונה אחת, הכל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בהרצת משחק הפתיחה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ליצור אווירה בטוחה ולא לשפוט תשובות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להפנות תלמידים שמתקשים לדבר ישירות ליועצת או לנאמני החוסן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נפש תאומה של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נושאים הקשורים למשחק הפתיחה שבו כל אחד ואחת בוחרים איך הם מעדיפים להתמודד עם קושי, ולומדים שיש דרכים שונות ולגיטימיות להתמודדות.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יועצת  ·  צד  ·  אחרת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הפתיחה, איך בוחרים 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על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האם יש תשובה נכונה אחת במשחק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לא, כל התמודדות לגיטימית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המטרה של 'קלפי שיח'?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לשחק משחק קופסה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לעודד שיחה פתוחה על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ללמוד היסטוריה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דרך אחת בלבד נכונה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נאמני חוסן יכולים להיות גם מורים וגם 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הפתיחה מצביעים ובוחרים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אחד ואחת מתמודד/ת __________ מהאחר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שצריך לדבר יכול לפנות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יועצת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כרטיסים לשיחה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נאמן חוסן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התמודדות אישית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קלפי 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איש מקצוע לשיחה רגשית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מוזיקה באוזניות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חבר שאפשר לפנות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בשלושה עד ארבעה משפטים איך אתם מעדיפים להתמודד ביום קשה, ומדוע הדרך הזו מתאימה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למדתם על דרכים שונות להתמודד עם קושי?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הם נאמני החוסן בבית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נפש תאומה של 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