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נפש תאומה של 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שונות להתמודד עם רגשות 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שאין תשובה נכונה אחת בהתמודדות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אפשר לפנות כשצריך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לא, כל התמודדות לגיטימית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ליועצת ולנאמני החוסן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לעודד שיחה פתוחה על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לדבר עם חבר קרוב או לשמוע מוזיקה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אדם דרך התמודדות שונה ולגיטימית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המשחק מראה שכל אחד מתמודד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בדף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אין תשובה נכונה או לא נכונה בבחירת ההתמודדות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(איש מקצוע לשיחה רגשית)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(חבר שאפשר לפנות אליו)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(כרטיסים לשיחה פתוחה)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(דרך התמודדות אישית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(מראה שאין תשובה נכונה אחת)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ציפייה לתיאור דרך התמודדות (למשל שיחה, מוזיקה, ספורט) והסבר קצר למה היא עוזרת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אישית: לציין שכל אדם שונה ומה שעוזר לאחד לא בהכרח יעזור לאחר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שיש כמה דרכי התמודדות לגיטימיות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לציין מורים ותלמידים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שאין תשובה נכונה אחת, הכל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בהרצת משחק הפתיחה בפועל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ליצור אווירה בטוחה ולא לשפוט תשובות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להפנות תלמידים שמתקשים לדבר ישירות ליועצת או לנאמני החוסן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נפש תאומה של 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על איך אנשים מרגישים כשיש להם יום קשה. לכל אחד יש דרך אחרת להתמודד, וזה בסדר.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קשיים ולחזור לתפקוד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התמודדות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אדם מתנהג כשיש לו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נאמן/ת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או מורה שאפשר לפנות אליהם לשיחה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יועצת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 מקצוע בבית הספר שעוזר בנושאים רגשיים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 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כרטיסים עם שאלות לשיחה פתוחה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 בטוח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נוסף באתר שעוסק בבטיחות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תמיכה חברתית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ותמיכה שמקבלים מחברים או מבוגרים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בוחרים תשובה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על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מצביעים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יש תשובה אחת נכונה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כל התמודדות לגיטימית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פונים כשקשה?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ליועצת ולנאמני החוסן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למי לפנות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בשביל מה הקלפים?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משחק קופסה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לעודד שיחה פתוחה על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לתרגל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שתי אפשרויות מוזכרות ביום 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עם חבר קרוב או לשמוע מוזיקה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לישון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לעשות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לצעוק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דרך אחת בלבד נכונה להתמודד עם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נאמני חוסן יכולים להיות גם מורים וגם 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מטרתו לגלות שכולם מתמודדים באותה צורה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לפנות ליועצת אם צריך לדבר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שבוחר לשמוע מוזיקה לבד טועה בבחירתו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הפתיחה מצביעים ובוחרים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אחד ואחת מתמודד/ת __________ מהאחר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שצריך לדבר יכול לפנות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הכרטיסים לשיחה פתוחה נקראים קלפי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נאמני החוסן יכולים להיות מורים 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יועצת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חבר שאפשר לפנות אליו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נאמן חוסן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מראה שאין תשובה נכונה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קלפי שיח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איש מקצוע לשיחה רגשית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מוזיקה באוזניות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כרטיסים לשיחה פתוחה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 הפתיחה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דרך התמודדות אישית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בשלושה עד ארבעה משפטים איך אתם מעדיפים להתמודד ביום קשה, ומדוע הדרך הזו מתאימה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שיהיו כמה דרכים שונות להתמודד, ולא רק דרך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על דרכים שונות להתמודד עם קושי?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הם נאמני החוסן בבית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יש תשובה נכונה אחת בהתמודדות עם רגשות?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נפש תאומה של חוסן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