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להתמודד עם רגשות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שאין תשובה נכונה אחת בהתמודדות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כל התמודדות 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ליועצת ולנאמני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לעודד שיחה פתוחה על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לדבר עם חבר קרוב או לשמוע מוזיקה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דרך התמודדות שונה ולגיטימית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מראה שכל אחד מתמודד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בדף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תשובה נכונה או לא נכונה בבחירת ההתמודדות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(איש מקצוע לשיחה רגשית)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(חבר שאפשר לפנות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(כרטיסים לשיחה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(דרך התמודדות אישית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(מראה שאין תשובה נכונה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דרך התמודדות (למשל שיחה, מוזיקה, ספורט) והסבר קצר למה היא 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לציין שכל אדם שונה ומה שעוזר לאחד לא בהכרח יעזור לאחר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שיש כמה דרכי התמודדות לגיטימיות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לציין מורים ותלמידים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שאין תשובה נכונה אחת, הכל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בהרצת משחק הפתיחה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לשפוט תשובות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להפנות תלמידים שמתקשים לדבר ישירות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נושאים הקשורים למשחק הפתיחה שבו כל אחד ואחת בוחרים איך הם מעדיפים להתמודד עם קושי, ולומדים שיש דרכים שונות ולגיטימיות להתמודדות.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הפתיחה, איך בוחרים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תשובה נכונה אחת במשחק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כל התמודדות לגיטימית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אפשר לפנות כשצריך לדבר,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ולנאמני החוסן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למי לפנות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'קלפי שיח'?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שיחה פתוחה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כשיש יום קשה, איזו משתי אפשרויות מוזכרת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עם חבר קרוב או לשמוע מוזיקה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דרך אחת בלבד נכונה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נאמני חוסן יכולים להיות גם מורים וגם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מטרתו לגלות שכולם מתמודדים באותה צורה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ליועצת אם צריך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שבוחר לשמוע מוזיקה לבד טועה בבחירתו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הפתיחה מצביעים ובוחרים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אחד ואחת מתמודד/ת __________ מהאחר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שצריך לדבר יכול לפנות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הכרטיסים לשיחה פתוחה נקראים קלפי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נאמני החוסן יכולים להיות מורים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מראה שאין תשובה נכונה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נאמן חוסן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מקצוע לשיחה רגשית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 שאפשר לפנות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מוזיקה באוזניות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כרטיסים לשיחה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הפתיחה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דרך התמודדות אישית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בשלושה עד ארבעה משפטים איך אתם מעדיפים להתמודד ביום קשה, ומדוע הדרך הזו מתאימה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שיהיו כמה דרכים שונות להתמודד, ולא רק דרך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דרכים שונות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נאמני החוסן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יש תשובה נכונה אחת בהתמודדות עם רגשות?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נפש תאומה של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